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2CDA" w14:textId="661498F9" w:rsidR="00C31C77" w:rsidRPr="00890CEF" w:rsidRDefault="00BF3557" w:rsidP="00890CEF">
      <w:pPr>
        <w:jc w:val="right"/>
        <w:rPr>
          <w:rFonts w:asciiTheme="majorEastAsia" w:eastAsiaTheme="majorEastAsia" w:hAnsiTheme="majorEastAsia"/>
          <w:szCs w:val="21"/>
          <w:lang w:eastAsia="ja-JP"/>
        </w:rPr>
      </w:pPr>
      <w:r w:rsidRPr="00890CEF">
        <w:rPr>
          <w:rFonts w:asciiTheme="majorEastAsia" w:eastAsiaTheme="majorEastAsia" w:hAnsiTheme="majorEastAsia"/>
          <w:szCs w:val="21"/>
        </w:rPr>
        <w:t>令和8年　　月　　日</w:t>
      </w:r>
    </w:p>
    <w:p w14:paraId="046A8CF1" w14:textId="32DF234C" w:rsidR="00890CEF" w:rsidRDefault="00BF3557" w:rsidP="00890CEF">
      <w:pPr>
        <w:spacing w:before="240" w:after="0"/>
        <w:jc w:val="center"/>
        <w:rPr>
          <w:rFonts w:asciiTheme="majorEastAsia" w:eastAsiaTheme="majorEastAsia" w:hAnsiTheme="majorEastAsia"/>
          <w:b/>
          <w:szCs w:val="21"/>
          <w:lang w:eastAsia="ja-JP"/>
        </w:rPr>
      </w:pPr>
      <w:r w:rsidRPr="00890CEF">
        <w:rPr>
          <w:rFonts w:asciiTheme="majorEastAsia" w:eastAsiaTheme="majorEastAsia" w:hAnsiTheme="majorEastAsia"/>
          <w:b/>
          <w:szCs w:val="21"/>
        </w:rPr>
        <w:t>「</w:t>
      </w:r>
      <w:proofErr w:type="spellStart"/>
      <w:r w:rsidRPr="00890CEF">
        <w:rPr>
          <w:rFonts w:asciiTheme="majorEastAsia" w:eastAsiaTheme="majorEastAsia" w:hAnsiTheme="majorEastAsia"/>
          <w:b/>
          <w:szCs w:val="21"/>
        </w:rPr>
        <w:t>信楽高原鐵道</w:t>
      </w:r>
      <w:proofErr w:type="spellEnd"/>
      <w:r w:rsidR="00B8207D">
        <w:rPr>
          <w:rFonts w:asciiTheme="majorEastAsia" w:eastAsiaTheme="majorEastAsia" w:hAnsiTheme="majorEastAsia" w:hint="eastAsia"/>
          <w:b/>
          <w:szCs w:val="21"/>
          <w:lang w:eastAsia="ja-JP"/>
        </w:rPr>
        <w:t>利用促進</w:t>
      </w:r>
      <w:r w:rsidRPr="00890CEF">
        <w:rPr>
          <w:rFonts w:asciiTheme="majorEastAsia" w:eastAsiaTheme="majorEastAsia" w:hAnsiTheme="majorEastAsia"/>
          <w:b/>
          <w:szCs w:val="21"/>
        </w:rPr>
        <w:t xml:space="preserve"> </w:t>
      </w:r>
      <w:proofErr w:type="spellStart"/>
      <w:r w:rsidRPr="00890CEF">
        <w:rPr>
          <w:rFonts w:asciiTheme="majorEastAsia" w:eastAsiaTheme="majorEastAsia" w:hAnsiTheme="majorEastAsia"/>
          <w:b/>
          <w:szCs w:val="21"/>
        </w:rPr>
        <w:t>駅販売商品開発」製造協力事業者</w:t>
      </w:r>
      <w:proofErr w:type="spellEnd"/>
      <w:r w:rsidRPr="00890CEF">
        <w:rPr>
          <w:rFonts w:asciiTheme="majorEastAsia" w:eastAsiaTheme="majorEastAsia" w:hAnsiTheme="majorEastAsia"/>
          <w:b/>
          <w:szCs w:val="21"/>
        </w:rPr>
        <w:t xml:space="preserve"> </w:t>
      </w:r>
      <w:proofErr w:type="spellStart"/>
      <w:r w:rsidRPr="00890CEF">
        <w:rPr>
          <w:rFonts w:asciiTheme="majorEastAsia" w:eastAsiaTheme="majorEastAsia" w:hAnsiTheme="majorEastAsia"/>
          <w:b/>
          <w:szCs w:val="21"/>
        </w:rPr>
        <w:t>応募用紙</w:t>
      </w:r>
      <w:proofErr w:type="spellEnd"/>
    </w:p>
    <w:p w14:paraId="4FAE7D22" w14:textId="77777777" w:rsidR="00890CEF" w:rsidRPr="00890CEF" w:rsidRDefault="00890CEF" w:rsidP="00890CEF">
      <w:pPr>
        <w:spacing w:after="0"/>
        <w:jc w:val="center"/>
        <w:rPr>
          <w:rFonts w:asciiTheme="majorEastAsia" w:eastAsiaTheme="majorEastAsia" w:hAnsiTheme="majorEastAsia"/>
          <w:szCs w:val="21"/>
          <w:lang w:eastAsia="ja-JP"/>
        </w:rPr>
      </w:pPr>
    </w:p>
    <w:p w14:paraId="7C753C4C" w14:textId="73015026" w:rsidR="00C77432" w:rsidRPr="00890CEF" w:rsidRDefault="00BF3557" w:rsidP="00890CEF">
      <w:pPr>
        <w:spacing w:after="0" w:line="240" w:lineRule="auto"/>
        <w:rPr>
          <w:rFonts w:asciiTheme="majorEastAsia" w:eastAsiaTheme="majorEastAsia" w:hAnsiTheme="majorEastAsia"/>
          <w:szCs w:val="21"/>
          <w:lang w:eastAsia="ja-JP"/>
        </w:rPr>
      </w:pPr>
      <w:r w:rsidRPr="00890CEF">
        <w:rPr>
          <w:rFonts w:asciiTheme="majorEastAsia" w:eastAsiaTheme="majorEastAsia" w:hAnsiTheme="majorEastAsia"/>
          <w:szCs w:val="21"/>
          <w:lang w:eastAsia="ja-JP"/>
        </w:rPr>
        <w:t>「信楽高原鐵道 駅販売商品開発」製造協力事業者の</w:t>
      </w:r>
      <w:r w:rsidR="00B8207D">
        <w:rPr>
          <w:rFonts w:asciiTheme="majorEastAsia" w:eastAsiaTheme="majorEastAsia" w:hAnsiTheme="majorEastAsia" w:hint="eastAsia"/>
          <w:szCs w:val="21"/>
          <w:lang w:eastAsia="ja-JP"/>
        </w:rPr>
        <w:t>募集</w:t>
      </w:r>
      <w:r w:rsidRPr="00890CEF">
        <w:rPr>
          <w:rFonts w:asciiTheme="majorEastAsia" w:eastAsiaTheme="majorEastAsia" w:hAnsiTheme="majorEastAsia"/>
          <w:szCs w:val="21"/>
          <w:lang w:eastAsia="ja-JP"/>
        </w:rPr>
        <w:t>要項に規定する諸条件をすべて承諾のうえ、以下の通り応募いたします。また、本申請書および添付書類の記載事項はすべて事実と相違ないことを誓約します。</w:t>
      </w:r>
    </w:p>
    <w:p w14:paraId="3897289F" w14:textId="77777777" w:rsidR="00C77432" w:rsidRPr="00890CEF" w:rsidRDefault="00BF3557">
      <w:pPr>
        <w:spacing w:before="240"/>
        <w:rPr>
          <w:rFonts w:asciiTheme="majorEastAsia" w:eastAsiaTheme="majorEastAsia" w:hAnsiTheme="majorEastAsia"/>
          <w:szCs w:val="21"/>
        </w:rPr>
      </w:pPr>
      <w:r w:rsidRPr="00890CEF">
        <w:rPr>
          <w:rFonts w:asciiTheme="majorEastAsia" w:eastAsiaTheme="majorEastAsia" w:hAnsiTheme="majorEastAsia"/>
          <w:b/>
          <w:szCs w:val="21"/>
        </w:rPr>
        <w:t xml:space="preserve">1. </w:t>
      </w:r>
      <w:proofErr w:type="spellStart"/>
      <w:r w:rsidRPr="00890CEF">
        <w:rPr>
          <w:rFonts w:asciiTheme="majorEastAsia" w:eastAsiaTheme="majorEastAsia" w:hAnsiTheme="majorEastAsia"/>
          <w:b/>
          <w:szCs w:val="21"/>
        </w:rPr>
        <w:t>応募事業者情報</w:t>
      </w:r>
      <w:proofErr w:type="spellEnd"/>
    </w:p>
    <w:tbl>
      <w:tblPr>
        <w:tblStyle w:val="afe"/>
        <w:tblW w:w="9898" w:type="dxa"/>
        <w:tblLayout w:type="fixed"/>
        <w:tblLook w:val="04A0" w:firstRow="1" w:lastRow="0" w:firstColumn="1" w:lastColumn="0" w:noHBand="0" w:noVBand="1"/>
      </w:tblPr>
      <w:tblGrid>
        <w:gridCol w:w="2844"/>
        <w:gridCol w:w="7054"/>
      </w:tblGrid>
      <w:tr w:rsidR="00C77432" w:rsidRPr="00890CEF" w14:paraId="68940116" w14:textId="77777777" w:rsidTr="00C31C77">
        <w:tc>
          <w:tcPr>
            <w:tcW w:w="2844" w:type="dxa"/>
            <w:shd w:val="clear" w:color="auto" w:fill="F2F2F2"/>
            <w:tcMar>
              <w:top w:w="100" w:type="dxa"/>
              <w:left w:w="150" w:type="dxa"/>
              <w:bottom w:w="100" w:type="dxa"/>
              <w:right w:w="150" w:type="dxa"/>
            </w:tcMar>
          </w:tcPr>
          <w:p w14:paraId="19FE1CBA" w14:textId="77777777" w:rsidR="00C77432" w:rsidRPr="00890CEF" w:rsidRDefault="00BF3557">
            <w:pPr>
              <w:rPr>
                <w:rFonts w:asciiTheme="majorEastAsia" w:eastAsiaTheme="majorEastAsia" w:hAnsiTheme="majorEastAsia"/>
                <w:szCs w:val="21"/>
              </w:rPr>
            </w:pPr>
            <w:proofErr w:type="spellStart"/>
            <w:r w:rsidRPr="00890CEF">
              <w:rPr>
                <w:rFonts w:asciiTheme="majorEastAsia" w:eastAsiaTheme="majorEastAsia" w:hAnsiTheme="majorEastAsia"/>
                <w:b/>
                <w:szCs w:val="21"/>
              </w:rPr>
              <w:t>事業者名（屋号</w:t>
            </w:r>
            <w:proofErr w:type="spellEnd"/>
            <w:r w:rsidRPr="00890CEF">
              <w:rPr>
                <w:rFonts w:asciiTheme="majorEastAsia" w:eastAsiaTheme="majorEastAsia" w:hAnsiTheme="majorEastAsia"/>
                <w:b/>
                <w:szCs w:val="21"/>
              </w:rPr>
              <w:t>）</w:t>
            </w:r>
          </w:p>
        </w:tc>
        <w:tc>
          <w:tcPr>
            <w:tcW w:w="7054" w:type="dxa"/>
            <w:tcMar>
              <w:top w:w="100" w:type="dxa"/>
              <w:left w:w="150" w:type="dxa"/>
              <w:bottom w:w="100" w:type="dxa"/>
              <w:right w:w="150" w:type="dxa"/>
            </w:tcMar>
          </w:tcPr>
          <w:p w14:paraId="44A0D18E" w14:textId="77777777" w:rsidR="00C77432" w:rsidRPr="00890CEF" w:rsidRDefault="00C77432">
            <w:pPr>
              <w:rPr>
                <w:rFonts w:asciiTheme="majorEastAsia" w:eastAsiaTheme="majorEastAsia" w:hAnsiTheme="majorEastAsia"/>
                <w:szCs w:val="21"/>
              </w:rPr>
            </w:pPr>
          </w:p>
        </w:tc>
      </w:tr>
      <w:tr w:rsidR="00C77432" w:rsidRPr="00890CEF" w14:paraId="411DE7A3" w14:textId="77777777" w:rsidTr="00C31C77">
        <w:tc>
          <w:tcPr>
            <w:tcW w:w="2844" w:type="dxa"/>
            <w:shd w:val="clear" w:color="auto" w:fill="F2F2F2"/>
            <w:tcMar>
              <w:top w:w="100" w:type="dxa"/>
              <w:left w:w="150" w:type="dxa"/>
              <w:bottom w:w="100" w:type="dxa"/>
              <w:right w:w="150" w:type="dxa"/>
            </w:tcMar>
          </w:tcPr>
          <w:p w14:paraId="10FA944B" w14:textId="77777777" w:rsidR="00C77432" w:rsidRPr="00890CEF" w:rsidRDefault="00BF3557">
            <w:pPr>
              <w:rPr>
                <w:rFonts w:asciiTheme="majorEastAsia" w:eastAsiaTheme="majorEastAsia" w:hAnsiTheme="majorEastAsia"/>
                <w:szCs w:val="21"/>
              </w:rPr>
            </w:pPr>
            <w:proofErr w:type="spellStart"/>
            <w:r w:rsidRPr="00890CEF">
              <w:rPr>
                <w:rFonts w:asciiTheme="majorEastAsia" w:eastAsiaTheme="majorEastAsia" w:hAnsiTheme="majorEastAsia"/>
                <w:b/>
                <w:szCs w:val="21"/>
              </w:rPr>
              <w:t>代表者</w:t>
            </w:r>
            <w:proofErr w:type="spellEnd"/>
            <w:r w:rsidRPr="00890CEF">
              <w:rPr>
                <w:rFonts w:asciiTheme="majorEastAsia" w:eastAsiaTheme="majorEastAsia" w:hAnsiTheme="majorEastAsia"/>
                <w:b/>
                <w:szCs w:val="21"/>
              </w:rPr>
              <w:t xml:space="preserve"> </w:t>
            </w:r>
            <w:proofErr w:type="spellStart"/>
            <w:r w:rsidRPr="00890CEF">
              <w:rPr>
                <w:rFonts w:asciiTheme="majorEastAsia" w:eastAsiaTheme="majorEastAsia" w:hAnsiTheme="majorEastAsia"/>
                <w:b/>
                <w:szCs w:val="21"/>
              </w:rPr>
              <w:t>職・氏名</w:t>
            </w:r>
            <w:proofErr w:type="spellEnd"/>
          </w:p>
        </w:tc>
        <w:tc>
          <w:tcPr>
            <w:tcW w:w="7054" w:type="dxa"/>
            <w:tcMar>
              <w:top w:w="100" w:type="dxa"/>
              <w:left w:w="150" w:type="dxa"/>
              <w:bottom w:w="100" w:type="dxa"/>
              <w:right w:w="150" w:type="dxa"/>
            </w:tcMar>
          </w:tcPr>
          <w:p w14:paraId="7817B8EA" w14:textId="77777777" w:rsidR="00C77432" w:rsidRPr="00890CEF" w:rsidRDefault="00C77432">
            <w:pPr>
              <w:rPr>
                <w:rFonts w:asciiTheme="majorEastAsia" w:eastAsiaTheme="majorEastAsia" w:hAnsiTheme="majorEastAsia"/>
                <w:szCs w:val="21"/>
              </w:rPr>
            </w:pPr>
          </w:p>
        </w:tc>
      </w:tr>
      <w:tr w:rsidR="00C77432" w:rsidRPr="00890CEF" w14:paraId="50C1392D" w14:textId="77777777" w:rsidTr="00C31C77">
        <w:tc>
          <w:tcPr>
            <w:tcW w:w="2844" w:type="dxa"/>
            <w:shd w:val="clear" w:color="auto" w:fill="F2F2F2"/>
            <w:tcMar>
              <w:top w:w="100" w:type="dxa"/>
              <w:left w:w="150" w:type="dxa"/>
              <w:bottom w:w="100" w:type="dxa"/>
              <w:right w:w="150" w:type="dxa"/>
            </w:tcMar>
          </w:tcPr>
          <w:p w14:paraId="334C3128" w14:textId="77777777" w:rsidR="00C77432" w:rsidRPr="00890CEF" w:rsidRDefault="00BF3557">
            <w:pPr>
              <w:rPr>
                <w:rFonts w:asciiTheme="majorEastAsia" w:eastAsiaTheme="majorEastAsia" w:hAnsiTheme="majorEastAsia"/>
                <w:szCs w:val="21"/>
              </w:rPr>
            </w:pPr>
            <w:proofErr w:type="spellStart"/>
            <w:r w:rsidRPr="00890CEF">
              <w:rPr>
                <w:rFonts w:asciiTheme="majorEastAsia" w:eastAsiaTheme="majorEastAsia" w:hAnsiTheme="majorEastAsia"/>
                <w:b/>
                <w:szCs w:val="21"/>
              </w:rPr>
              <w:t>所在地（本店</w:t>
            </w:r>
            <w:proofErr w:type="spellEnd"/>
            <w:r w:rsidRPr="00890CEF">
              <w:rPr>
                <w:rFonts w:asciiTheme="majorEastAsia" w:eastAsiaTheme="majorEastAsia" w:hAnsiTheme="majorEastAsia"/>
                <w:b/>
                <w:szCs w:val="21"/>
              </w:rPr>
              <w:t>/</w:t>
            </w:r>
            <w:proofErr w:type="spellStart"/>
            <w:r w:rsidRPr="00890CEF">
              <w:rPr>
                <w:rFonts w:asciiTheme="majorEastAsia" w:eastAsiaTheme="majorEastAsia" w:hAnsiTheme="majorEastAsia"/>
                <w:b/>
                <w:szCs w:val="21"/>
              </w:rPr>
              <w:t>事業所</w:t>
            </w:r>
            <w:proofErr w:type="spellEnd"/>
            <w:r w:rsidRPr="00890CEF">
              <w:rPr>
                <w:rFonts w:asciiTheme="majorEastAsia" w:eastAsiaTheme="majorEastAsia" w:hAnsiTheme="majorEastAsia"/>
                <w:b/>
                <w:szCs w:val="21"/>
              </w:rPr>
              <w:t>）</w:t>
            </w:r>
          </w:p>
        </w:tc>
        <w:tc>
          <w:tcPr>
            <w:tcW w:w="7054" w:type="dxa"/>
            <w:tcMar>
              <w:top w:w="100" w:type="dxa"/>
              <w:left w:w="150" w:type="dxa"/>
              <w:bottom w:w="100" w:type="dxa"/>
              <w:right w:w="150" w:type="dxa"/>
            </w:tcMar>
          </w:tcPr>
          <w:p w14:paraId="0D069650" w14:textId="77777777" w:rsidR="00C77432" w:rsidRPr="00890CEF" w:rsidRDefault="00BF3557">
            <w:pPr>
              <w:rPr>
                <w:rFonts w:asciiTheme="majorEastAsia" w:eastAsiaTheme="majorEastAsia" w:hAnsiTheme="majorEastAsia"/>
                <w:szCs w:val="21"/>
                <w:lang w:eastAsia="ja-JP"/>
              </w:rPr>
            </w:pPr>
            <w:r w:rsidRPr="00890CEF">
              <w:rPr>
                <w:rFonts w:asciiTheme="majorEastAsia" w:eastAsiaTheme="majorEastAsia" w:hAnsiTheme="majorEastAsia"/>
                <w:color w:val="808080"/>
                <w:szCs w:val="21"/>
                <w:lang w:eastAsia="ja-JP"/>
              </w:rPr>
              <w:t>〒</w:t>
            </w:r>
            <w:r w:rsidRPr="00890CEF">
              <w:rPr>
                <w:rFonts w:asciiTheme="majorEastAsia" w:eastAsiaTheme="majorEastAsia" w:hAnsiTheme="majorEastAsia"/>
                <w:color w:val="808080"/>
                <w:szCs w:val="21"/>
                <w:lang w:eastAsia="ja-JP"/>
              </w:rPr>
              <w:br/>
              <w:t>※甲賀市外に拠点がある場合は、その旨がわかるようにご記入ください。</w:t>
            </w:r>
          </w:p>
        </w:tc>
      </w:tr>
      <w:tr w:rsidR="00C77432" w:rsidRPr="00890CEF" w14:paraId="7E617116" w14:textId="77777777" w:rsidTr="00C31C77">
        <w:tc>
          <w:tcPr>
            <w:tcW w:w="2844" w:type="dxa"/>
            <w:shd w:val="clear" w:color="auto" w:fill="F2F2F2"/>
            <w:tcMar>
              <w:top w:w="100" w:type="dxa"/>
              <w:left w:w="150" w:type="dxa"/>
              <w:bottom w:w="100" w:type="dxa"/>
              <w:right w:w="150" w:type="dxa"/>
            </w:tcMar>
          </w:tcPr>
          <w:p w14:paraId="1FBB6371" w14:textId="77777777" w:rsidR="00C77432" w:rsidRPr="00890CEF" w:rsidRDefault="00BF3557">
            <w:pPr>
              <w:rPr>
                <w:rFonts w:asciiTheme="majorEastAsia" w:eastAsiaTheme="majorEastAsia" w:hAnsiTheme="majorEastAsia"/>
                <w:szCs w:val="21"/>
              </w:rPr>
            </w:pPr>
            <w:proofErr w:type="spellStart"/>
            <w:r w:rsidRPr="00890CEF">
              <w:rPr>
                <w:rFonts w:asciiTheme="majorEastAsia" w:eastAsiaTheme="majorEastAsia" w:hAnsiTheme="majorEastAsia"/>
                <w:b/>
                <w:szCs w:val="21"/>
              </w:rPr>
              <w:t>担当者</w:t>
            </w:r>
            <w:proofErr w:type="spellEnd"/>
            <w:r w:rsidRPr="00890CEF">
              <w:rPr>
                <w:rFonts w:asciiTheme="majorEastAsia" w:eastAsiaTheme="majorEastAsia" w:hAnsiTheme="majorEastAsia"/>
                <w:b/>
                <w:szCs w:val="21"/>
              </w:rPr>
              <w:t xml:space="preserve"> </w:t>
            </w:r>
            <w:proofErr w:type="spellStart"/>
            <w:r w:rsidRPr="00890CEF">
              <w:rPr>
                <w:rFonts w:asciiTheme="majorEastAsia" w:eastAsiaTheme="majorEastAsia" w:hAnsiTheme="majorEastAsia"/>
                <w:b/>
                <w:szCs w:val="21"/>
              </w:rPr>
              <w:t>氏名・所属</w:t>
            </w:r>
            <w:proofErr w:type="spellEnd"/>
          </w:p>
        </w:tc>
        <w:tc>
          <w:tcPr>
            <w:tcW w:w="7054" w:type="dxa"/>
            <w:tcMar>
              <w:top w:w="100" w:type="dxa"/>
              <w:left w:w="150" w:type="dxa"/>
              <w:bottom w:w="100" w:type="dxa"/>
              <w:right w:w="150" w:type="dxa"/>
            </w:tcMar>
          </w:tcPr>
          <w:p w14:paraId="72E2B5B2" w14:textId="77777777" w:rsidR="00C77432" w:rsidRPr="00890CEF" w:rsidRDefault="00C77432">
            <w:pPr>
              <w:rPr>
                <w:rFonts w:asciiTheme="majorEastAsia" w:eastAsiaTheme="majorEastAsia" w:hAnsiTheme="majorEastAsia"/>
                <w:szCs w:val="21"/>
              </w:rPr>
            </w:pPr>
          </w:p>
        </w:tc>
      </w:tr>
      <w:tr w:rsidR="00C77432" w:rsidRPr="00890CEF" w14:paraId="4C44FD62" w14:textId="77777777" w:rsidTr="00C31C77">
        <w:tc>
          <w:tcPr>
            <w:tcW w:w="2844" w:type="dxa"/>
            <w:shd w:val="clear" w:color="auto" w:fill="F2F2F2"/>
            <w:tcMar>
              <w:top w:w="100" w:type="dxa"/>
              <w:left w:w="150" w:type="dxa"/>
              <w:bottom w:w="100" w:type="dxa"/>
              <w:right w:w="150" w:type="dxa"/>
            </w:tcMar>
          </w:tcPr>
          <w:p w14:paraId="7B3C49E8" w14:textId="77777777" w:rsidR="00C77432" w:rsidRPr="00890CEF" w:rsidRDefault="00BF3557">
            <w:pPr>
              <w:rPr>
                <w:rFonts w:asciiTheme="majorEastAsia" w:eastAsiaTheme="majorEastAsia" w:hAnsiTheme="majorEastAsia"/>
                <w:szCs w:val="21"/>
              </w:rPr>
            </w:pPr>
            <w:proofErr w:type="spellStart"/>
            <w:r w:rsidRPr="00890CEF">
              <w:rPr>
                <w:rFonts w:asciiTheme="majorEastAsia" w:eastAsiaTheme="majorEastAsia" w:hAnsiTheme="majorEastAsia"/>
                <w:b/>
                <w:szCs w:val="21"/>
              </w:rPr>
              <w:t>連絡先（電話番号</w:t>
            </w:r>
            <w:proofErr w:type="spellEnd"/>
            <w:r w:rsidRPr="00890CEF">
              <w:rPr>
                <w:rFonts w:asciiTheme="majorEastAsia" w:eastAsiaTheme="majorEastAsia" w:hAnsiTheme="majorEastAsia"/>
                <w:b/>
                <w:szCs w:val="21"/>
              </w:rPr>
              <w:t>）</w:t>
            </w:r>
          </w:p>
        </w:tc>
        <w:tc>
          <w:tcPr>
            <w:tcW w:w="7054" w:type="dxa"/>
            <w:tcMar>
              <w:top w:w="100" w:type="dxa"/>
              <w:left w:w="150" w:type="dxa"/>
              <w:bottom w:w="100" w:type="dxa"/>
              <w:right w:w="150" w:type="dxa"/>
            </w:tcMar>
          </w:tcPr>
          <w:p w14:paraId="52EC3F4B" w14:textId="77777777" w:rsidR="00C77432" w:rsidRPr="00890CEF" w:rsidRDefault="00C77432">
            <w:pPr>
              <w:rPr>
                <w:rFonts w:asciiTheme="majorEastAsia" w:eastAsiaTheme="majorEastAsia" w:hAnsiTheme="majorEastAsia"/>
                <w:szCs w:val="21"/>
              </w:rPr>
            </w:pPr>
          </w:p>
        </w:tc>
      </w:tr>
      <w:tr w:rsidR="00C77432" w:rsidRPr="00890CEF" w14:paraId="702716F3" w14:textId="77777777" w:rsidTr="00C31C77">
        <w:tc>
          <w:tcPr>
            <w:tcW w:w="2844" w:type="dxa"/>
            <w:shd w:val="clear" w:color="auto" w:fill="F2F2F2"/>
            <w:tcMar>
              <w:top w:w="100" w:type="dxa"/>
              <w:left w:w="150" w:type="dxa"/>
              <w:bottom w:w="100" w:type="dxa"/>
              <w:right w:w="150" w:type="dxa"/>
            </w:tcMar>
          </w:tcPr>
          <w:p w14:paraId="0DB969FA" w14:textId="77777777" w:rsidR="00C77432" w:rsidRPr="00890CEF" w:rsidRDefault="00BF3557">
            <w:pPr>
              <w:rPr>
                <w:rFonts w:asciiTheme="majorEastAsia" w:eastAsiaTheme="majorEastAsia" w:hAnsiTheme="majorEastAsia"/>
                <w:szCs w:val="21"/>
                <w:lang w:eastAsia="ja-JP"/>
              </w:rPr>
            </w:pPr>
            <w:r w:rsidRPr="00890CEF">
              <w:rPr>
                <w:rFonts w:asciiTheme="majorEastAsia" w:eastAsiaTheme="majorEastAsia" w:hAnsiTheme="majorEastAsia"/>
                <w:b/>
                <w:szCs w:val="21"/>
                <w:lang w:eastAsia="ja-JP"/>
              </w:rPr>
              <w:t>連絡先（メールアドレス）</w:t>
            </w:r>
          </w:p>
        </w:tc>
        <w:tc>
          <w:tcPr>
            <w:tcW w:w="7054" w:type="dxa"/>
            <w:tcMar>
              <w:top w:w="100" w:type="dxa"/>
              <w:left w:w="150" w:type="dxa"/>
              <w:bottom w:w="100" w:type="dxa"/>
              <w:right w:w="150" w:type="dxa"/>
            </w:tcMar>
          </w:tcPr>
          <w:p w14:paraId="1D235957" w14:textId="77777777" w:rsidR="00C77432" w:rsidRPr="00890CEF" w:rsidRDefault="00C77432">
            <w:pPr>
              <w:rPr>
                <w:rFonts w:asciiTheme="majorEastAsia" w:eastAsiaTheme="majorEastAsia" w:hAnsiTheme="majorEastAsia"/>
                <w:szCs w:val="21"/>
                <w:lang w:eastAsia="ja-JP"/>
              </w:rPr>
            </w:pPr>
          </w:p>
        </w:tc>
      </w:tr>
      <w:tr w:rsidR="00C77432" w:rsidRPr="00890CEF" w14:paraId="46C33B10" w14:textId="77777777" w:rsidTr="00C31C77">
        <w:tc>
          <w:tcPr>
            <w:tcW w:w="2844" w:type="dxa"/>
            <w:shd w:val="clear" w:color="auto" w:fill="F2F2F2"/>
            <w:tcMar>
              <w:top w:w="100" w:type="dxa"/>
              <w:left w:w="150" w:type="dxa"/>
              <w:bottom w:w="100" w:type="dxa"/>
              <w:right w:w="150" w:type="dxa"/>
            </w:tcMar>
          </w:tcPr>
          <w:p w14:paraId="26A858E5" w14:textId="77777777" w:rsidR="00C77432" w:rsidRPr="00890CEF" w:rsidRDefault="00BF3557">
            <w:pPr>
              <w:rPr>
                <w:rFonts w:asciiTheme="majorEastAsia" w:eastAsiaTheme="majorEastAsia" w:hAnsiTheme="majorEastAsia"/>
                <w:szCs w:val="21"/>
              </w:rPr>
            </w:pPr>
            <w:proofErr w:type="spellStart"/>
            <w:r w:rsidRPr="00890CEF">
              <w:rPr>
                <w:rFonts w:asciiTheme="majorEastAsia" w:eastAsiaTheme="majorEastAsia" w:hAnsiTheme="majorEastAsia"/>
                <w:b/>
                <w:szCs w:val="21"/>
              </w:rPr>
              <w:t>業種・主な事業内容</w:t>
            </w:r>
            <w:proofErr w:type="spellEnd"/>
          </w:p>
        </w:tc>
        <w:tc>
          <w:tcPr>
            <w:tcW w:w="7054" w:type="dxa"/>
            <w:tcMar>
              <w:top w:w="100" w:type="dxa"/>
              <w:left w:w="150" w:type="dxa"/>
              <w:bottom w:w="100" w:type="dxa"/>
              <w:right w:w="150" w:type="dxa"/>
            </w:tcMar>
          </w:tcPr>
          <w:p w14:paraId="23672355" w14:textId="77777777" w:rsidR="00C77432" w:rsidRPr="00890CEF" w:rsidRDefault="00BF3557">
            <w:pPr>
              <w:rPr>
                <w:rFonts w:asciiTheme="majorEastAsia" w:eastAsiaTheme="majorEastAsia" w:hAnsiTheme="majorEastAsia"/>
                <w:szCs w:val="21"/>
                <w:lang w:eastAsia="ja-JP"/>
              </w:rPr>
            </w:pPr>
            <w:r w:rsidRPr="00890CEF">
              <w:rPr>
                <w:rFonts w:asciiTheme="majorEastAsia" w:eastAsiaTheme="majorEastAsia" w:hAnsiTheme="majorEastAsia"/>
                <w:color w:val="808080"/>
                <w:szCs w:val="21"/>
                <w:lang w:eastAsia="ja-JP"/>
              </w:rPr>
              <w:t>（例：和洋菓子製造販売、飲食店経営、仕出し業など）</w:t>
            </w:r>
          </w:p>
        </w:tc>
      </w:tr>
      <w:tr w:rsidR="00C77432" w:rsidRPr="00890CEF" w14:paraId="46237DB4" w14:textId="77777777" w:rsidTr="00C31C77">
        <w:tc>
          <w:tcPr>
            <w:tcW w:w="2844" w:type="dxa"/>
            <w:shd w:val="clear" w:color="auto" w:fill="F2F2F2"/>
            <w:tcMar>
              <w:top w:w="100" w:type="dxa"/>
              <w:left w:w="150" w:type="dxa"/>
              <w:bottom w:w="100" w:type="dxa"/>
              <w:right w:w="150" w:type="dxa"/>
            </w:tcMar>
          </w:tcPr>
          <w:p w14:paraId="4ABD9DB8" w14:textId="77777777" w:rsidR="00C77432" w:rsidRPr="00890CEF" w:rsidRDefault="00BF3557">
            <w:pPr>
              <w:rPr>
                <w:rFonts w:asciiTheme="majorEastAsia" w:eastAsiaTheme="majorEastAsia" w:hAnsiTheme="majorEastAsia"/>
                <w:szCs w:val="21"/>
                <w:lang w:eastAsia="ja-JP"/>
              </w:rPr>
            </w:pPr>
            <w:r w:rsidRPr="00890CEF">
              <w:rPr>
                <w:rFonts w:asciiTheme="majorEastAsia" w:eastAsiaTheme="majorEastAsia" w:hAnsiTheme="majorEastAsia"/>
                <w:b/>
                <w:szCs w:val="21"/>
                <w:lang w:eastAsia="ja-JP"/>
              </w:rPr>
              <w:t>保有している営業許可</w:t>
            </w:r>
          </w:p>
        </w:tc>
        <w:tc>
          <w:tcPr>
            <w:tcW w:w="7054" w:type="dxa"/>
            <w:tcMar>
              <w:top w:w="100" w:type="dxa"/>
              <w:left w:w="150" w:type="dxa"/>
              <w:bottom w:w="100" w:type="dxa"/>
              <w:right w:w="150" w:type="dxa"/>
            </w:tcMar>
          </w:tcPr>
          <w:p w14:paraId="67586B91" w14:textId="77777777" w:rsidR="00C77432" w:rsidRPr="00890CEF" w:rsidRDefault="00BF3557">
            <w:pPr>
              <w:rPr>
                <w:rFonts w:asciiTheme="majorEastAsia" w:eastAsiaTheme="majorEastAsia" w:hAnsiTheme="majorEastAsia"/>
                <w:szCs w:val="21"/>
                <w:lang w:eastAsia="ja-JP"/>
              </w:rPr>
            </w:pPr>
            <w:r w:rsidRPr="00890CEF">
              <w:rPr>
                <w:rFonts w:asciiTheme="majorEastAsia" w:eastAsiaTheme="majorEastAsia" w:hAnsiTheme="majorEastAsia"/>
                <w:szCs w:val="21"/>
                <w:lang w:eastAsia="ja-JP"/>
              </w:rPr>
              <w:t>☐ 飲食店営業　　☐ 菓子製造業　　☐ 惣菜製造業</w:t>
            </w:r>
            <w:r w:rsidRPr="00890CEF">
              <w:rPr>
                <w:rFonts w:asciiTheme="majorEastAsia" w:eastAsiaTheme="majorEastAsia" w:hAnsiTheme="majorEastAsia"/>
                <w:szCs w:val="21"/>
                <w:lang w:eastAsia="ja-JP"/>
              </w:rPr>
              <w:br/>
              <w:t>☐ その他（具体的に：　　　　　　　　　　　　　　　　）</w:t>
            </w:r>
          </w:p>
        </w:tc>
      </w:tr>
    </w:tbl>
    <w:p w14:paraId="49726C6B" w14:textId="2A964E0C" w:rsidR="00890CEF" w:rsidRDefault="00890CEF" w:rsidP="00890CEF">
      <w:pPr>
        <w:spacing w:after="0" w:line="240" w:lineRule="auto"/>
        <w:rPr>
          <w:rFonts w:asciiTheme="majorEastAsia" w:eastAsiaTheme="majorEastAsia" w:hAnsiTheme="majorEastAsia"/>
          <w:b/>
          <w:szCs w:val="21"/>
          <w:lang w:eastAsia="ja-JP"/>
        </w:rPr>
      </w:pPr>
      <w:r>
        <w:rPr>
          <w:rFonts w:asciiTheme="majorEastAsia" w:eastAsiaTheme="majorEastAsia" w:hAnsiTheme="majorEastAsia" w:hint="eastAsia"/>
          <w:b/>
          <w:szCs w:val="21"/>
          <w:lang w:eastAsia="ja-JP"/>
        </w:rPr>
        <w:t>2</w:t>
      </w:r>
      <w:r w:rsidR="00C31C77" w:rsidRPr="00890CEF">
        <w:rPr>
          <w:rFonts w:asciiTheme="majorEastAsia" w:eastAsiaTheme="majorEastAsia" w:hAnsiTheme="majorEastAsia"/>
          <w:b/>
          <w:szCs w:val="21"/>
        </w:rPr>
        <w:t xml:space="preserve">. </w:t>
      </w:r>
      <w:proofErr w:type="spellStart"/>
      <w:r w:rsidR="00C31C77" w:rsidRPr="00890CEF">
        <w:rPr>
          <w:rFonts w:asciiTheme="majorEastAsia" w:eastAsiaTheme="majorEastAsia" w:hAnsiTheme="majorEastAsia"/>
          <w:b/>
          <w:szCs w:val="21"/>
        </w:rPr>
        <w:t>提案商品の内容</w:t>
      </w:r>
      <w:proofErr w:type="spellEnd"/>
    </w:p>
    <w:tbl>
      <w:tblPr>
        <w:tblStyle w:val="afe"/>
        <w:tblpPr w:leftFromText="142" w:rightFromText="142" w:vertAnchor="text" w:horzAnchor="margin" w:tblpY="176"/>
        <w:tblW w:w="9923" w:type="dxa"/>
        <w:tblLayout w:type="fixed"/>
        <w:tblLook w:val="04A0" w:firstRow="1" w:lastRow="0" w:firstColumn="1" w:lastColumn="0" w:noHBand="0" w:noVBand="1"/>
      </w:tblPr>
      <w:tblGrid>
        <w:gridCol w:w="2836"/>
        <w:gridCol w:w="7087"/>
      </w:tblGrid>
      <w:tr w:rsidR="00890CEF" w:rsidRPr="00890CEF" w14:paraId="14520E97" w14:textId="77777777" w:rsidTr="00890CEF">
        <w:tc>
          <w:tcPr>
            <w:tcW w:w="2836" w:type="dxa"/>
            <w:shd w:val="clear" w:color="auto" w:fill="F2F2F2"/>
            <w:tcMar>
              <w:top w:w="100" w:type="dxa"/>
              <w:left w:w="150" w:type="dxa"/>
              <w:bottom w:w="100" w:type="dxa"/>
              <w:right w:w="150" w:type="dxa"/>
            </w:tcMar>
          </w:tcPr>
          <w:p w14:paraId="0FC50040" w14:textId="77777777" w:rsidR="00890CEF" w:rsidRPr="00890CEF" w:rsidRDefault="00890CEF" w:rsidP="00890CEF">
            <w:pPr>
              <w:rPr>
                <w:rFonts w:asciiTheme="majorEastAsia" w:eastAsiaTheme="majorEastAsia" w:hAnsiTheme="majorEastAsia"/>
                <w:szCs w:val="21"/>
                <w:lang w:eastAsia="ja-JP"/>
              </w:rPr>
            </w:pPr>
            <w:proofErr w:type="spellStart"/>
            <w:r w:rsidRPr="00890CEF">
              <w:rPr>
                <w:rFonts w:asciiTheme="majorEastAsia" w:eastAsiaTheme="majorEastAsia" w:hAnsiTheme="majorEastAsia"/>
                <w:b/>
                <w:szCs w:val="21"/>
              </w:rPr>
              <w:t>商品名</w:t>
            </w:r>
            <w:proofErr w:type="spellEnd"/>
          </w:p>
        </w:tc>
        <w:tc>
          <w:tcPr>
            <w:tcW w:w="7087" w:type="dxa"/>
            <w:tcMar>
              <w:top w:w="100" w:type="dxa"/>
              <w:left w:w="150" w:type="dxa"/>
              <w:bottom w:w="100" w:type="dxa"/>
              <w:right w:w="150" w:type="dxa"/>
            </w:tcMar>
          </w:tcPr>
          <w:p w14:paraId="13A74D6D" w14:textId="77777777" w:rsidR="00890CEF" w:rsidRPr="00890CEF" w:rsidRDefault="00890CEF" w:rsidP="00890CEF">
            <w:pPr>
              <w:rPr>
                <w:rFonts w:asciiTheme="majorEastAsia" w:eastAsiaTheme="majorEastAsia" w:hAnsiTheme="majorEastAsia"/>
                <w:szCs w:val="21"/>
              </w:rPr>
            </w:pPr>
          </w:p>
        </w:tc>
      </w:tr>
      <w:tr w:rsidR="00890CEF" w:rsidRPr="00890CEF" w14:paraId="0DD76FD6" w14:textId="77777777" w:rsidTr="00890CEF">
        <w:tc>
          <w:tcPr>
            <w:tcW w:w="2836" w:type="dxa"/>
            <w:shd w:val="clear" w:color="auto" w:fill="F2F2F2"/>
            <w:tcMar>
              <w:top w:w="100" w:type="dxa"/>
              <w:left w:w="150" w:type="dxa"/>
              <w:bottom w:w="100" w:type="dxa"/>
              <w:right w:w="150" w:type="dxa"/>
            </w:tcMar>
          </w:tcPr>
          <w:p w14:paraId="2B066EFA" w14:textId="77777777" w:rsidR="00890CEF" w:rsidRPr="00890CEF" w:rsidRDefault="00890CEF" w:rsidP="00890CEF">
            <w:pPr>
              <w:rPr>
                <w:rFonts w:asciiTheme="majorEastAsia" w:eastAsiaTheme="majorEastAsia" w:hAnsiTheme="majorEastAsia"/>
                <w:szCs w:val="21"/>
              </w:rPr>
            </w:pPr>
            <w:proofErr w:type="spellStart"/>
            <w:r w:rsidRPr="00890CEF">
              <w:rPr>
                <w:rFonts w:asciiTheme="majorEastAsia" w:eastAsiaTheme="majorEastAsia" w:hAnsiTheme="majorEastAsia"/>
                <w:b/>
                <w:szCs w:val="21"/>
              </w:rPr>
              <w:t>商品のカテゴリ</w:t>
            </w:r>
            <w:proofErr w:type="spellEnd"/>
          </w:p>
        </w:tc>
        <w:tc>
          <w:tcPr>
            <w:tcW w:w="7087" w:type="dxa"/>
            <w:tcMar>
              <w:top w:w="100" w:type="dxa"/>
              <w:left w:w="150" w:type="dxa"/>
              <w:bottom w:w="100" w:type="dxa"/>
              <w:right w:w="150" w:type="dxa"/>
            </w:tcMar>
          </w:tcPr>
          <w:p w14:paraId="30DC4889" w14:textId="77777777" w:rsidR="00890CEF" w:rsidRPr="00890CEF" w:rsidRDefault="00890CEF" w:rsidP="00890CEF">
            <w:pPr>
              <w:rPr>
                <w:rFonts w:asciiTheme="majorEastAsia" w:eastAsiaTheme="majorEastAsia" w:hAnsiTheme="majorEastAsia"/>
                <w:szCs w:val="21"/>
                <w:lang w:eastAsia="ja-JP"/>
              </w:rPr>
            </w:pPr>
            <w:r w:rsidRPr="00890CEF">
              <w:rPr>
                <w:rFonts w:asciiTheme="majorEastAsia" w:eastAsiaTheme="majorEastAsia" w:hAnsiTheme="majorEastAsia"/>
                <w:szCs w:val="21"/>
                <w:lang w:eastAsia="ja-JP"/>
              </w:rPr>
              <w:t>☐ 食品（軽食等）　　☐ 菓子・スイーツ　　☐ 飲料　　☐ その他</w:t>
            </w:r>
          </w:p>
        </w:tc>
      </w:tr>
      <w:tr w:rsidR="00890CEF" w:rsidRPr="00890CEF" w14:paraId="4BED05E5" w14:textId="77777777" w:rsidTr="00890CEF">
        <w:tc>
          <w:tcPr>
            <w:tcW w:w="2836" w:type="dxa"/>
            <w:shd w:val="clear" w:color="auto" w:fill="F2F2F2"/>
            <w:tcMar>
              <w:top w:w="100" w:type="dxa"/>
              <w:left w:w="150" w:type="dxa"/>
              <w:bottom w:w="100" w:type="dxa"/>
              <w:right w:w="150" w:type="dxa"/>
            </w:tcMar>
          </w:tcPr>
          <w:p w14:paraId="1CEA23D6" w14:textId="77777777" w:rsidR="00890CEF" w:rsidRPr="00890CEF" w:rsidRDefault="00890CEF" w:rsidP="00890CEF">
            <w:pPr>
              <w:rPr>
                <w:rFonts w:asciiTheme="majorEastAsia" w:eastAsiaTheme="majorEastAsia" w:hAnsiTheme="majorEastAsia"/>
                <w:szCs w:val="21"/>
              </w:rPr>
            </w:pPr>
            <w:proofErr w:type="spellStart"/>
            <w:r w:rsidRPr="00890CEF">
              <w:rPr>
                <w:rFonts w:asciiTheme="majorEastAsia" w:eastAsiaTheme="majorEastAsia" w:hAnsiTheme="majorEastAsia"/>
                <w:b/>
                <w:szCs w:val="21"/>
              </w:rPr>
              <w:t>想定販売価格（税込</w:t>
            </w:r>
            <w:proofErr w:type="spellEnd"/>
            <w:r w:rsidRPr="00890CEF">
              <w:rPr>
                <w:rFonts w:asciiTheme="majorEastAsia" w:eastAsiaTheme="majorEastAsia" w:hAnsiTheme="majorEastAsia"/>
                <w:b/>
                <w:szCs w:val="21"/>
              </w:rPr>
              <w:t>）</w:t>
            </w:r>
          </w:p>
        </w:tc>
        <w:tc>
          <w:tcPr>
            <w:tcW w:w="7087" w:type="dxa"/>
            <w:tcMar>
              <w:top w:w="100" w:type="dxa"/>
              <w:left w:w="150" w:type="dxa"/>
              <w:bottom w:w="100" w:type="dxa"/>
              <w:right w:w="150" w:type="dxa"/>
            </w:tcMar>
          </w:tcPr>
          <w:p w14:paraId="5D6D79F8" w14:textId="77777777" w:rsidR="00890CEF" w:rsidRPr="00890CEF" w:rsidRDefault="00890CEF" w:rsidP="00890CEF">
            <w:pPr>
              <w:rPr>
                <w:rFonts w:asciiTheme="majorEastAsia" w:eastAsiaTheme="majorEastAsia" w:hAnsiTheme="majorEastAsia"/>
                <w:szCs w:val="21"/>
                <w:lang w:eastAsia="ja-JP"/>
              </w:rPr>
            </w:pPr>
            <w:r w:rsidRPr="00890CEF">
              <w:rPr>
                <w:rFonts w:asciiTheme="majorEastAsia" w:eastAsiaTheme="majorEastAsia" w:hAnsiTheme="majorEastAsia"/>
                <w:szCs w:val="21"/>
                <w:lang w:eastAsia="ja-JP"/>
              </w:rPr>
              <w:t>1個あたり：　　　　　　　円　（※300円～1,000円程度を推奨）</w:t>
            </w:r>
          </w:p>
        </w:tc>
      </w:tr>
      <w:tr w:rsidR="00890CEF" w:rsidRPr="00890CEF" w14:paraId="0FD8035A" w14:textId="77777777" w:rsidTr="00890CEF">
        <w:tc>
          <w:tcPr>
            <w:tcW w:w="2836" w:type="dxa"/>
            <w:shd w:val="clear" w:color="auto" w:fill="F2F2F2"/>
            <w:tcMar>
              <w:top w:w="100" w:type="dxa"/>
              <w:left w:w="150" w:type="dxa"/>
              <w:bottom w:w="100" w:type="dxa"/>
              <w:right w:w="150" w:type="dxa"/>
            </w:tcMar>
          </w:tcPr>
          <w:p w14:paraId="5F08041F" w14:textId="77777777" w:rsidR="00890CEF" w:rsidRPr="00890CEF" w:rsidRDefault="00890CEF" w:rsidP="00890CEF">
            <w:pPr>
              <w:rPr>
                <w:rFonts w:asciiTheme="majorEastAsia" w:eastAsiaTheme="majorEastAsia" w:hAnsiTheme="majorEastAsia"/>
                <w:szCs w:val="21"/>
                <w:lang w:eastAsia="ja-JP"/>
              </w:rPr>
            </w:pPr>
            <w:r w:rsidRPr="00890CEF">
              <w:rPr>
                <w:rFonts w:asciiTheme="majorEastAsia" w:eastAsiaTheme="majorEastAsia" w:hAnsiTheme="majorEastAsia"/>
                <w:b/>
                <w:szCs w:val="21"/>
                <w:lang w:eastAsia="ja-JP"/>
              </w:rPr>
              <w:t>商品のコンセプト</w:t>
            </w:r>
            <w:r w:rsidRPr="00890CEF">
              <w:rPr>
                <w:rFonts w:asciiTheme="majorEastAsia" w:eastAsiaTheme="majorEastAsia" w:hAnsiTheme="majorEastAsia"/>
                <w:b/>
                <w:szCs w:val="21"/>
                <w:lang w:eastAsia="ja-JP"/>
              </w:rPr>
              <w:br/>
            </w:r>
          </w:p>
        </w:tc>
        <w:tc>
          <w:tcPr>
            <w:tcW w:w="7087" w:type="dxa"/>
            <w:tcMar>
              <w:top w:w="100" w:type="dxa"/>
              <w:left w:w="150" w:type="dxa"/>
              <w:bottom w:w="100" w:type="dxa"/>
              <w:right w:w="150" w:type="dxa"/>
            </w:tcMar>
          </w:tcPr>
          <w:p w14:paraId="5193029C" w14:textId="77777777" w:rsidR="00890CEF" w:rsidRPr="00890CEF" w:rsidRDefault="00890CEF" w:rsidP="00890CEF">
            <w:pPr>
              <w:rPr>
                <w:rFonts w:asciiTheme="majorEastAsia" w:eastAsiaTheme="majorEastAsia" w:hAnsiTheme="majorEastAsia"/>
                <w:szCs w:val="21"/>
                <w:lang w:eastAsia="ja-JP"/>
              </w:rPr>
            </w:pPr>
            <w:r w:rsidRPr="00890CEF">
              <w:rPr>
                <w:rFonts w:asciiTheme="majorEastAsia" w:eastAsiaTheme="majorEastAsia" w:hAnsiTheme="majorEastAsia"/>
                <w:color w:val="808080"/>
                <w:szCs w:val="21"/>
                <w:lang w:eastAsia="ja-JP"/>
              </w:rPr>
              <w:t>【信楽らしさ、信楽高原鐵道らしさ、甲賀市らしさの表現、商品のこだわり等】</w:t>
            </w:r>
            <w:r w:rsidRPr="00890CEF">
              <w:rPr>
                <w:rFonts w:asciiTheme="majorEastAsia" w:eastAsiaTheme="majorEastAsia" w:hAnsiTheme="majorEastAsia"/>
                <w:color w:val="808080"/>
                <w:szCs w:val="21"/>
                <w:lang w:eastAsia="ja-JP"/>
              </w:rPr>
              <w:br/>
            </w:r>
          </w:p>
        </w:tc>
      </w:tr>
      <w:tr w:rsidR="00890CEF" w:rsidRPr="00890CEF" w14:paraId="156A6262" w14:textId="77777777" w:rsidTr="00890CEF">
        <w:tc>
          <w:tcPr>
            <w:tcW w:w="2836" w:type="dxa"/>
            <w:shd w:val="clear" w:color="auto" w:fill="F2F2F2"/>
            <w:tcMar>
              <w:top w:w="100" w:type="dxa"/>
              <w:left w:w="150" w:type="dxa"/>
              <w:bottom w:w="100" w:type="dxa"/>
              <w:right w:w="150" w:type="dxa"/>
            </w:tcMar>
          </w:tcPr>
          <w:p w14:paraId="6D053DA7" w14:textId="77777777" w:rsidR="00890CEF" w:rsidRPr="00890CEF" w:rsidRDefault="00890CEF" w:rsidP="00890CEF">
            <w:pPr>
              <w:rPr>
                <w:rFonts w:asciiTheme="majorEastAsia" w:eastAsiaTheme="majorEastAsia" w:hAnsiTheme="majorEastAsia"/>
                <w:szCs w:val="21"/>
                <w:lang w:eastAsia="ja-JP"/>
              </w:rPr>
            </w:pPr>
            <w:r w:rsidRPr="00890CEF">
              <w:rPr>
                <w:rFonts w:asciiTheme="majorEastAsia" w:eastAsiaTheme="majorEastAsia" w:hAnsiTheme="majorEastAsia"/>
                <w:b/>
                <w:szCs w:val="21"/>
                <w:lang w:eastAsia="ja-JP"/>
              </w:rPr>
              <w:t>使用する地場食材</w:t>
            </w:r>
            <w:r w:rsidRPr="00890CEF">
              <w:rPr>
                <w:rFonts w:asciiTheme="majorEastAsia" w:eastAsiaTheme="majorEastAsia" w:hAnsiTheme="majorEastAsia"/>
                <w:b/>
                <w:szCs w:val="21"/>
                <w:lang w:eastAsia="ja-JP"/>
              </w:rPr>
              <w:br/>
              <w:t>(</w:t>
            </w:r>
            <w:r w:rsidRPr="00890CEF">
              <w:rPr>
                <w:rFonts w:asciiTheme="majorEastAsia" w:eastAsiaTheme="majorEastAsia" w:hAnsiTheme="majorEastAsia" w:hint="eastAsia"/>
                <w:b/>
                <w:szCs w:val="21"/>
                <w:lang w:eastAsia="ja-JP"/>
              </w:rPr>
              <w:t>任意</w:t>
            </w:r>
            <w:r w:rsidRPr="00890CEF">
              <w:rPr>
                <w:rFonts w:asciiTheme="majorEastAsia" w:eastAsiaTheme="majorEastAsia" w:hAnsiTheme="majorEastAsia"/>
                <w:b/>
                <w:szCs w:val="21"/>
                <w:lang w:eastAsia="ja-JP"/>
              </w:rPr>
              <w:t>)</w:t>
            </w:r>
          </w:p>
        </w:tc>
        <w:tc>
          <w:tcPr>
            <w:tcW w:w="7087" w:type="dxa"/>
            <w:tcMar>
              <w:top w:w="100" w:type="dxa"/>
              <w:left w:w="150" w:type="dxa"/>
              <w:bottom w:w="100" w:type="dxa"/>
              <w:right w:w="150" w:type="dxa"/>
            </w:tcMar>
          </w:tcPr>
          <w:p w14:paraId="7D1B2514" w14:textId="6396C8F3" w:rsidR="00890CEF" w:rsidRPr="00890CEF" w:rsidRDefault="00890CEF" w:rsidP="00890CEF">
            <w:pPr>
              <w:rPr>
                <w:rFonts w:asciiTheme="majorEastAsia" w:eastAsiaTheme="majorEastAsia" w:hAnsiTheme="majorEastAsia"/>
                <w:szCs w:val="21"/>
                <w:lang w:eastAsia="ja-JP"/>
              </w:rPr>
            </w:pPr>
            <w:r w:rsidRPr="00890CEF">
              <w:rPr>
                <w:rFonts w:asciiTheme="majorEastAsia" w:eastAsiaTheme="majorEastAsia" w:hAnsiTheme="majorEastAsia"/>
                <w:color w:val="808080"/>
                <w:szCs w:val="21"/>
                <w:lang w:eastAsia="ja-JP"/>
              </w:rPr>
              <w:t>【甲賀市の特産品や地場食材（朝宮茶など）の活用方法について】</w:t>
            </w:r>
            <w:r w:rsidRPr="00890CEF">
              <w:rPr>
                <w:rFonts w:asciiTheme="majorEastAsia" w:eastAsiaTheme="majorEastAsia" w:hAnsiTheme="majorEastAsia"/>
                <w:color w:val="808080"/>
                <w:szCs w:val="21"/>
                <w:lang w:eastAsia="ja-JP"/>
              </w:rPr>
              <w:br/>
            </w:r>
          </w:p>
        </w:tc>
      </w:tr>
      <w:tr w:rsidR="00890CEF" w:rsidRPr="00890CEF" w14:paraId="1FA88F80" w14:textId="77777777" w:rsidTr="00890CEF">
        <w:tc>
          <w:tcPr>
            <w:tcW w:w="2836" w:type="dxa"/>
            <w:shd w:val="clear" w:color="auto" w:fill="F2F2F2"/>
            <w:tcMar>
              <w:top w:w="100" w:type="dxa"/>
              <w:left w:w="150" w:type="dxa"/>
              <w:bottom w:w="100" w:type="dxa"/>
              <w:right w:w="150" w:type="dxa"/>
            </w:tcMar>
          </w:tcPr>
          <w:p w14:paraId="2D4D15A8" w14:textId="77777777" w:rsidR="00890CEF" w:rsidRPr="00890CEF" w:rsidRDefault="00890CEF" w:rsidP="00890CEF">
            <w:pPr>
              <w:rPr>
                <w:rFonts w:asciiTheme="majorEastAsia" w:eastAsiaTheme="majorEastAsia" w:hAnsiTheme="majorEastAsia"/>
                <w:b/>
                <w:szCs w:val="21"/>
                <w:lang w:eastAsia="ja-JP"/>
              </w:rPr>
            </w:pPr>
            <w:r w:rsidRPr="00890CEF">
              <w:rPr>
                <w:rFonts w:asciiTheme="majorEastAsia" w:eastAsiaTheme="majorEastAsia" w:hAnsiTheme="majorEastAsia"/>
                <w:b/>
                <w:szCs w:val="21"/>
                <w:lang w:eastAsia="ja-JP"/>
              </w:rPr>
              <w:t>販売方法の提案</w:t>
            </w:r>
          </w:p>
          <w:p w14:paraId="01448F86" w14:textId="77777777" w:rsidR="00890CEF" w:rsidRPr="00890CEF" w:rsidRDefault="00890CEF" w:rsidP="00890CEF">
            <w:pPr>
              <w:rPr>
                <w:rFonts w:asciiTheme="majorEastAsia" w:eastAsiaTheme="majorEastAsia" w:hAnsiTheme="majorEastAsia"/>
                <w:b/>
                <w:szCs w:val="21"/>
                <w:lang w:eastAsia="ja-JP"/>
              </w:rPr>
            </w:pPr>
            <w:r w:rsidRPr="00890CEF">
              <w:rPr>
                <w:rFonts w:asciiTheme="majorEastAsia" w:eastAsiaTheme="majorEastAsia" w:hAnsiTheme="majorEastAsia" w:hint="eastAsia"/>
                <w:b/>
                <w:szCs w:val="21"/>
                <w:lang w:eastAsia="ja-JP"/>
              </w:rPr>
              <w:t>（任意）</w:t>
            </w:r>
            <w:r w:rsidRPr="00890CEF">
              <w:rPr>
                <w:rFonts w:asciiTheme="majorEastAsia" w:eastAsiaTheme="majorEastAsia" w:hAnsiTheme="majorEastAsia"/>
                <w:b/>
                <w:szCs w:val="21"/>
                <w:lang w:eastAsia="ja-JP"/>
              </w:rPr>
              <w:br/>
            </w:r>
          </w:p>
        </w:tc>
        <w:tc>
          <w:tcPr>
            <w:tcW w:w="7087" w:type="dxa"/>
            <w:tcMar>
              <w:top w:w="100" w:type="dxa"/>
              <w:left w:w="150" w:type="dxa"/>
              <w:bottom w:w="100" w:type="dxa"/>
              <w:right w:w="150" w:type="dxa"/>
            </w:tcMar>
          </w:tcPr>
          <w:p w14:paraId="3E42B1B7" w14:textId="7E094B01" w:rsidR="00890CEF" w:rsidRPr="00890CEF" w:rsidRDefault="00890CEF" w:rsidP="00890CEF">
            <w:pPr>
              <w:rPr>
                <w:rFonts w:asciiTheme="majorEastAsia" w:eastAsiaTheme="majorEastAsia" w:hAnsiTheme="majorEastAsia"/>
                <w:color w:val="808080"/>
                <w:szCs w:val="21"/>
                <w:lang w:eastAsia="ja-JP"/>
              </w:rPr>
            </w:pPr>
            <w:r w:rsidRPr="00890CEF">
              <w:rPr>
                <w:rFonts w:asciiTheme="majorEastAsia" w:eastAsiaTheme="majorEastAsia" w:hAnsiTheme="majorEastAsia"/>
                <w:color w:val="808080"/>
                <w:szCs w:val="21"/>
                <w:lang w:eastAsia="ja-JP"/>
              </w:rPr>
              <w:t>【信楽駅等での具体的な販売方法のアイデア、将来的な土産品展開への視野など】</w:t>
            </w:r>
            <w:r w:rsidRPr="00890CEF">
              <w:rPr>
                <w:rFonts w:asciiTheme="majorEastAsia" w:eastAsiaTheme="majorEastAsia" w:hAnsiTheme="majorEastAsia"/>
                <w:color w:val="808080"/>
                <w:szCs w:val="21"/>
                <w:lang w:eastAsia="ja-JP"/>
              </w:rPr>
              <w:br/>
            </w:r>
          </w:p>
        </w:tc>
      </w:tr>
    </w:tbl>
    <w:p w14:paraId="04B32C30" w14:textId="611718E1" w:rsidR="00C77432" w:rsidRPr="00890CEF" w:rsidRDefault="00890CEF" w:rsidP="00890CEF">
      <w:pPr>
        <w:spacing w:after="0"/>
        <w:rPr>
          <w:rFonts w:asciiTheme="majorEastAsia" w:eastAsiaTheme="majorEastAsia" w:hAnsiTheme="majorEastAsia"/>
          <w:szCs w:val="21"/>
          <w:lang w:eastAsia="ja-JP"/>
        </w:rPr>
      </w:pPr>
      <w:r>
        <w:rPr>
          <w:rFonts w:asciiTheme="majorEastAsia" w:eastAsiaTheme="majorEastAsia" w:hAnsiTheme="majorEastAsia" w:hint="eastAsia"/>
          <w:b/>
          <w:szCs w:val="21"/>
          <w:lang w:eastAsia="ja-JP"/>
        </w:rPr>
        <w:t>3</w:t>
      </w:r>
      <w:r w:rsidR="00BF3557" w:rsidRPr="00890CEF">
        <w:rPr>
          <w:rFonts w:asciiTheme="majorEastAsia" w:eastAsiaTheme="majorEastAsia" w:hAnsiTheme="majorEastAsia"/>
          <w:b/>
          <w:szCs w:val="21"/>
          <w:lang w:eastAsia="ja-JP"/>
        </w:rPr>
        <w:t>. 添付書類</w:t>
      </w:r>
      <w:r>
        <w:rPr>
          <w:rFonts w:asciiTheme="majorEastAsia" w:eastAsiaTheme="majorEastAsia" w:hAnsiTheme="majorEastAsia" w:hint="eastAsia"/>
          <w:szCs w:val="21"/>
          <w:lang w:eastAsia="ja-JP"/>
        </w:rPr>
        <w:t xml:space="preserve">　</w:t>
      </w:r>
    </w:p>
    <w:p w14:paraId="68B2EFD2" w14:textId="364A2F88" w:rsidR="00C77432" w:rsidRPr="00890CEF" w:rsidRDefault="00BF3557" w:rsidP="00890CEF">
      <w:pPr>
        <w:spacing w:after="0"/>
        <w:ind w:left="360"/>
        <w:rPr>
          <w:rFonts w:asciiTheme="majorEastAsia" w:eastAsiaTheme="majorEastAsia" w:hAnsiTheme="majorEastAsia" w:hint="eastAsia"/>
          <w:sz w:val="20"/>
          <w:szCs w:val="20"/>
          <w:lang w:eastAsia="ja-JP"/>
        </w:rPr>
      </w:pPr>
      <w:r w:rsidRPr="00890CEF">
        <w:rPr>
          <w:rFonts w:asciiTheme="majorEastAsia" w:eastAsiaTheme="majorEastAsia" w:hAnsiTheme="majorEastAsia"/>
          <w:sz w:val="20"/>
          <w:szCs w:val="20"/>
        </w:rPr>
        <w:t>☐</w:t>
      </w:r>
      <w:r w:rsidR="00890CEF">
        <w:rPr>
          <w:rFonts w:asciiTheme="majorEastAsia" w:eastAsiaTheme="majorEastAsia" w:hAnsiTheme="majorEastAsia" w:hint="eastAsia"/>
          <w:sz w:val="20"/>
          <w:szCs w:val="20"/>
          <w:lang w:eastAsia="ja-JP"/>
        </w:rPr>
        <w:t xml:space="preserve">　(</w:t>
      </w:r>
      <w:r w:rsidRPr="00890CEF">
        <w:rPr>
          <w:rFonts w:asciiTheme="majorEastAsia" w:eastAsiaTheme="majorEastAsia" w:hAnsiTheme="majorEastAsia"/>
          <w:sz w:val="20"/>
          <w:szCs w:val="20"/>
        </w:rPr>
        <w:t xml:space="preserve">1) </w:t>
      </w:r>
      <w:proofErr w:type="spellStart"/>
      <w:r w:rsidRPr="00890CEF">
        <w:rPr>
          <w:rFonts w:asciiTheme="majorEastAsia" w:eastAsiaTheme="majorEastAsia" w:hAnsiTheme="majorEastAsia"/>
          <w:sz w:val="20"/>
          <w:szCs w:val="20"/>
        </w:rPr>
        <w:t>本応募用紙</w:t>
      </w:r>
      <w:proofErr w:type="spellEnd"/>
    </w:p>
    <w:p w14:paraId="33A748F2" w14:textId="6213E14E" w:rsidR="00C77432" w:rsidRPr="00890CEF" w:rsidRDefault="00BF3557" w:rsidP="00890CEF">
      <w:pPr>
        <w:spacing w:after="0"/>
        <w:ind w:left="360"/>
        <w:rPr>
          <w:rFonts w:asciiTheme="majorEastAsia" w:eastAsiaTheme="majorEastAsia" w:hAnsiTheme="majorEastAsia"/>
          <w:sz w:val="20"/>
          <w:szCs w:val="20"/>
          <w:lang w:eastAsia="ja-JP"/>
        </w:rPr>
      </w:pPr>
      <w:r w:rsidRPr="00890CEF">
        <w:rPr>
          <w:rFonts w:asciiTheme="majorEastAsia" w:eastAsiaTheme="majorEastAsia" w:hAnsiTheme="majorEastAsia"/>
          <w:sz w:val="20"/>
          <w:szCs w:val="20"/>
          <w:lang w:eastAsia="ja-JP"/>
        </w:rPr>
        <w:t xml:space="preserve">☐  (2) </w:t>
      </w:r>
      <w:r w:rsidR="00AB6ADB" w:rsidRPr="00890CEF">
        <w:rPr>
          <w:rFonts w:asciiTheme="majorEastAsia" w:eastAsiaTheme="majorEastAsia" w:hAnsiTheme="majorEastAsia"/>
          <w:sz w:val="20"/>
          <w:szCs w:val="20"/>
          <w:lang w:eastAsia="ja-JP"/>
        </w:rPr>
        <w:t>商品提案の補足資料（任意） ※試作写真、パッケージイラスト、既存パンフレット等</w:t>
      </w:r>
    </w:p>
    <w:p w14:paraId="33A636D8" w14:textId="2FB764EC" w:rsidR="00C77432" w:rsidRPr="00890CEF" w:rsidRDefault="00BF3557" w:rsidP="00890CEF">
      <w:pPr>
        <w:spacing w:after="0"/>
        <w:ind w:left="360"/>
        <w:rPr>
          <w:rFonts w:asciiTheme="majorEastAsia" w:eastAsiaTheme="majorEastAsia" w:hAnsiTheme="majorEastAsia"/>
          <w:sz w:val="20"/>
          <w:szCs w:val="20"/>
          <w:lang w:eastAsia="ja-JP"/>
        </w:rPr>
      </w:pPr>
      <w:r w:rsidRPr="00890CEF">
        <w:rPr>
          <w:rFonts w:asciiTheme="majorEastAsia" w:eastAsiaTheme="majorEastAsia" w:hAnsiTheme="majorEastAsia"/>
          <w:sz w:val="20"/>
          <w:szCs w:val="20"/>
          <w:lang w:eastAsia="ja-JP"/>
        </w:rPr>
        <w:t xml:space="preserve">☐  (3) </w:t>
      </w:r>
      <w:r w:rsidR="00AB6ADB" w:rsidRPr="00890CEF">
        <w:rPr>
          <w:rFonts w:asciiTheme="majorEastAsia" w:eastAsiaTheme="majorEastAsia" w:hAnsiTheme="majorEastAsia"/>
          <w:sz w:val="20"/>
          <w:szCs w:val="20"/>
          <w:lang w:eastAsia="ja-JP"/>
        </w:rPr>
        <w:t>食品衛生法等に基づく営業許可書の写し</w:t>
      </w:r>
    </w:p>
    <w:sectPr w:rsidR="00C77432" w:rsidRPr="00890CEF" w:rsidSect="00034616">
      <w:pgSz w:w="11909" w:h="1683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73A63" w14:textId="77777777" w:rsidR="00175FAE" w:rsidRDefault="00175FAE" w:rsidP="00B8207D">
      <w:pPr>
        <w:spacing w:after="0" w:line="240" w:lineRule="auto"/>
      </w:pPr>
      <w:r>
        <w:separator/>
      </w:r>
    </w:p>
  </w:endnote>
  <w:endnote w:type="continuationSeparator" w:id="0">
    <w:p w14:paraId="75A1929B" w14:textId="77777777" w:rsidR="00175FAE" w:rsidRDefault="00175FAE" w:rsidP="00B82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673D5" w14:textId="77777777" w:rsidR="00175FAE" w:rsidRDefault="00175FAE" w:rsidP="00B8207D">
      <w:pPr>
        <w:spacing w:after="0" w:line="240" w:lineRule="auto"/>
      </w:pPr>
      <w:r>
        <w:separator/>
      </w:r>
    </w:p>
  </w:footnote>
  <w:footnote w:type="continuationSeparator" w:id="0">
    <w:p w14:paraId="29A1681E" w14:textId="77777777" w:rsidR="00175FAE" w:rsidRDefault="00175FAE" w:rsidP="00B820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382511020">
    <w:abstractNumId w:val="8"/>
  </w:num>
  <w:num w:numId="2" w16cid:durableId="1063480062">
    <w:abstractNumId w:val="6"/>
  </w:num>
  <w:num w:numId="3" w16cid:durableId="1906793019">
    <w:abstractNumId w:val="5"/>
  </w:num>
  <w:num w:numId="4" w16cid:durableId="486870422">
    <w:abstractNumId w:val="4"/>
  </w:num>
  <w:num w:numId="5" w16cid:durableId="811872432">
    <w:abstractNumId w:val="7"/>
  </w:num>
  <w:num w:numId="6" w16cid:durableId="1983340755">
    <w:abstractNumId w:val="3"/>
  </w:num>
  <w:num w:numId="7" w16cid:durableId="262960428">
    <w:abstractNumId w:val="2"/>
  </w:num>
  <w:num w:numId="8" w16cid:durableId="1654599834">
    <w:abstractNumId w:val="1"/>
  </w:num>
  <w:num w:numId="9" w16cid:durableId="43988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52EC"/>
    <w:rsid w:val="00112AD8"/>
    <w:rsid w:val="0015074B"/>
    <w:rsid w:val="00175FAE"/>
    <w:rsid w:val="0023414A"/>
    <w:rsid w:val="00237176"/>
    <w:rsid w:val="0029639D"/>
    <w:rsid w:val="00326F90"/>
    <w:rsid w:val="00380560"/>
    <w:rsid w:val="003B3448"/>
    <w:rsid w:val="00472FFB"/>
    <w:rsid w:val="005F22CA"/>
    <w:rsid w:val="0077243F"/>
    <w:rsid w:val="008743F5"/>
    <w:rsid w:val="00890CEF"/>
    <w:rsid w:val="0094201F"/>
    <w:rsid w:val="00AA1D8D"/>
    <w:rsid w:val="00AB6ADB"/>
    <w:rsid w:val="00B47730"/>
    <w:rsid w:val="00B8207D"/>
    <w:rsid w:val="00BC595D"/>
    <w:rsid w:val="00BE10F3"/>
    <w:rsid w:val="00BF3557"/>
    <w:rsid w:val="00C31C77"/>
    <w:rsid w:val="00C77432"/>
    <w:rsid w:val="00CB0664"/>
    <w:rsid w:val="00D25DF4"/>
    <w:rsid w:val="00E8217A"/>
    <w:rsid w:val="00E84B1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ABC7DD6"/>
  <w14:defaultImageDpi w14:val="300"/>
  <w15:docId w15:val="{3DFE48C1-B1F9-434C-8908-F63F531AB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ＭＳ 明朝" w:hAnsi="ＭＳ 明朝"/>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107</Words>
  <Characters>613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中森　可菜</cp:lastModifiedBy>
  <cp:revision>14</cp:revision>
  <dcterms:created xsi:type="dcterms:W3CDTF">2013-12-23T23:15:00Z</dcterms:created>
  <dcterms:modified xsi:type="dcterms:W3CDTF">2026-06-29T03:11:00Z</dcterms:modified>
  <cp:category/>
</cp:coreProperties>
</file>